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2CA" w:rsidRPr="00EB4DC1" w:rsidRDefault="000D6261" w:rsidP="000D6261">
      <w:pPr>
        <w:pStyle w:val="Title"/>
        <w:rPr>
          <w:rFonts w:asciiTheme="majorBidi" w:hAnsiTheme="majorBidi"/>
          <w:b/>
          <w:bCs/>
          <w:color w:val="FF0000"/>
          <w:sz w:val="50"/>
          <w:szCs w:val="50"/>
        </w:rPr>
      </w:pPr>
      <w:r w:rsidRPr="00EB4DC1">
        <w:rPr>
          <w:rFonts w:asciiTheme="majorBidi" w:hAnsiTheme="majorBidi"/>
          <w:b/>
          <w:bCs/>
          <w:color w:val="FF0000"/>
          <w:sz w:val="50"/>
          <w:szCs w:val="50"/>
        </w:rPr>
        <w:t>How to Write an Action Plan Template</w:t>
      </w:r>
    </w:p>
    <w:p w:rsidR="006712CA" w:rsidRPr="00EB4DC1" w:rsidRDefault="00EC33C3">
      <w:pPr>
        <w:pStyle w:val="Heading1"/>
        <w:rPr>
          <w:sz w:val="30"/>
          <w:szCs w:val="30"/>
        </w:rPr>
      </w:pPr>
      <w:r w:rsidRPr="00EB4DC1">
        <w:rPr>
          <w:sz w:val="30"/>
          <w:szCs w:val="30"/>
        </w:rPr>
        <w:t>✅</w:t>
      </w:r>
      <w:r w:rsidRPr="00EB4DC1">
        <w:rPr>
          <w:sz w:val="30"/>
          <w:szCs w:val="30"/>
        </w:rPr>
        <w:t xml:space="preserve"> </w:t>
      </w:r>
      <w:r w:rsidR="000D6261" w:rsidRPr="00EB4DC1">
        <w:rPr>
          <w:sz w:val="30"/>
          <w:szCs w:val="30"/>
        </w:rPr>
        <w:t xml:space="preserve">    </w:t>
      </w:r>
      <w:r w:rsidRPr="00EB4DC1">
        <w:rPr>
          <w:sz w:val="30"/>
          <w:szCs w:val="30"/>
        </w:rPr>
        <w:t>Template 1:</w:t>
      </w:r>
      <w:bookmarkStart w:id="0" w:name="_GoBack"/>
      <w:bookmarkEnd w:id="0"/>
      <w:r w:rsidRPr="00EB4DC1">
        <w:rPr>
          <w:sz w:val="30"/>
          <w:szCs w:val="30"/>
        </w:rPr>
        <w:t xml:space="preserve"> Simple Action Plan Template</w:t>
      </w:r>
    </w:p>
    <w:p w:rsidR="006712CA" w:rsidRPr="00EB4DC1" w:rsidRDefault="00EC33C3">
      <w:pPr>
        <w:rPr>
          <w:sz w:val="30"/>
          <w:szCs w:val="30"/>
        </w:rPr>
      </w:pPr>
      <w:r w:rsidRPr="00EB4DC1">
        <w:rPr>
          <w:sz w:val="30"/>
          <w:szCs w:val="30"/>
        </w:rPr>
        <w:t>Best for: Personal goals or small projects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76"/>
        <w:gridCol w:w="1728"/>
      </w:tblGrid>
      <w:tr w:rsidR="006712CA" w:rsidRPr="00EB4DC1">
        <w:tc>
          <w:tcPr>
            <w:tcW w:w="1728" w:type="dxa"/>
          </w:tcPr>
          <w:p w:rsidR="006712CA" w:rsidRPr="00EB4DC1" w:rsidRDefault="00EC33C3">
            <w:pPr>
              <w:rPr>
                <w:sz w:val="30"/>
                <w:szCs w:val="30"/>
              </w:rPr>
            </w:pPr>
            <w:r w:rsidRPr="00EB4DC1">
              <w:rPr>
                <w:sz w:val="30"/>
                <w:szCs w:val="30"/>
              </w:rPr>
              <w:t>Step</w:t>
            </w:r>
          </w:p>
        </w:tc>
        <w:tc>
          <w:tcPr>
            <w:tcW w:w="1728" w:type="dxa"/>
          </w:tcPr>
          <w:p w:rsidR="006712CA" w:rsidRPr="00EB4DC1" w:rsidRDefault="00EC33C3">
            <w:pPr>
              <w:rPr>
                <w:sz w:val="30"/>
                <w:szCs w:val="30"/>
              </w:rPr>
            </w:pPr>
            <w:r w:rsidRPr="00EB4DC1">
              <w:rPr>
                <w:sz w:val="30"/>
                <w:szCs w:val="30"/>
              </w:rPr>
              <w:t>Action Item</w:t>
            </w:r>
          </w:p>
        </w:tc>
        <w:tc>
          <w:tcPr>
            <w:tcW w:w="1728" w:type="dxa"/>
          </w:tcPr>
          <w:p w:rsidR="006712CA" w:rsidRPr="00EB4DC1" w:rsidRDefault="00EC33C3">
            <w:pPr>
              <w:rPr>
                <w:sz w:val="30"/>
                <w:szCs w:val="30"/>
              </w:rPr>
            </w:pPr>
            <w:r w:rsidRPr="00EB4DC1">
              <w:rPr>
                <w:sz w:val="30"/>
                <w:szCs w:val="30"/>
              </w:rPr>
              <w:t>Deadline</w:t>
            </w:r>
          </w:p>
        </w:tc>
        <w:tc>
          <w:tcPr>
            <w:tcW w:w="1728" w:type="dxa"/>
          </w:tcPr>
          <w:p w:rsidR="006712CA" w:rsidRPr="00EB4DC1" w:rsidRDefault="00EC33C3">
            <w:pPr>
              <w:rPr>
                <w:sz w:val="30"/>
                <w:szCs w:val="30"/>
              </w:rPr>
            </w:pPr>
            <w:r w:rsidRPr="00EB4DC1">
              <w:rPr>
                <w:sz w:val="30"/>
                <w:szCs w:val="30"/>
              </w:rPr>
              <w:t>Person Responsible</w:t>
            </w:r>
          </w:p>
        </w:tc>
        <w:tc>
          <w:tcPr>
            <w:tcW w:w="1728" w:type="dxa"/>
          </w:tcPr>
          <w:p w:rsidR="006712CA" w:rsidRPr="00EB4DC1" w:rsidRDefault="00EC33C3">
            <w:pPr>
              <w:rPr>
                <w:sz w:val="30"/>
                <w:szCs w:val="30"/>
              </w:rPr>
            </w:pPr>
            <w:r w:rsidRPr="00EB4DC1">
              <w:rPr>
                <w:sz w:val="30"/>
                <w:szCs w:val="30"/>
              </w:rPr>
              <w:t>Status</w:t>
            </w:r>
          </w:p>
        </w:tc>
      </w:tr>
      <w:tr w:rsidR="006712CA" w:rsidRPr="00EB4DC1">
        <w:tc>
          <w:tcPr>
            <w:tcW w:w="1728" w:type="dxa"/>
          </w:tcPr>
          <w:p w:rsidR="006712CA" w:rsidRPr="00EB4DC1" w:rsidRDefault="00EC33C3">
            <w:pPr>
              <w:rPr>
                <w:sz w:val="30"/>
                <w:szCs w:val="30"/>
              </w:rPr>
            </w:pPr>
            <w:r w:rsidRPr="00EB4DC1">
              <w:rPr>
                <w:sz w:val="30"/>
                <w:szCs w:val="30"/>
              </w:rPr>
              <w:t>1</w:t>
            </w:r>
          </w:p>
        </w:tc>
        <w:tc>
          <w:tcPr>
            <w:tcW w:w="1728" w:type="dxa"/>
          </w:tcPr>
          <w:p w:rsidR="006712CA" w:rsidRPr="00EB4DC1" w:rsidRDefault="006712CA">
            <w:pPr>
              <w:rPr>
                <w:sz w:val="30"/>
                <w:szCs w:val="30"/>
              </w:rPr>
            </w:pPr>
          </w:p>
        </w:tc>
        <w:tc>
          <w:tcPr>
            <w:tcW w:w="1728" w:type="dxa"/>
          </w:tcPr>
          <w:p w:rsidR="006712CA" w:rsidRPr="00EB4DC1" w:rsidRDefault="006712CA">
            <w:pPr>
              <w:rPr>
                <w:sz w:val="30"/>
                <w:szCs w:val="30"/>
              </w:rPr>
            </w:pPr>
          </w:p>
        </w:tc>
        <w:tc>
          <w:tcPr>
            <w:tcW w:w="1728" w:type="dxa"/>
          </w:tcPr>
          <w:p w:rsidR="006712CA" w:rsidRPr="00EB4DC1" w:rsidRDefault="006712CA">
            <w:pPr>
              <w:rPr>
                <w:sz w:val="30"/>
                <w:szCs w:val="30"/>
              </w:rPr>
            </w:pPr>
          </w:p>
        </w:tc>
        <w:tc>
          <w:tcPr>
            <w:tcW w:w="1728" w:type="dxa"/>
          </w:tcPr>
          <w:p w:rsidR="006712CA" w:rsidRPr="00EB4DC1" w:rsidRDefault="00EC33C3">
            <w:pPr>
              <w:rPr>
                <w:sz w:val="30"/>
                <w:szCs w:val="30"/>
              </w:rPr>
            </w:pPr>
            <w:r w:rsidRPr="00EB4DC1">
              <w:rPr>
                <w:sz w:val="30"/>
                <w:szCs w:val="30"/>
              </w:rPr>
              <w:t>Not Started</w:t>
            </w:r>
          </w:p>
        </w:tc>
      </w:tr>
      <w:tr w:rsidR="006712CA" w:rsidRPr="00EB4DC1">
        <w:tc>
          <w:tcPr>
            <w:tcW w:w="1728" w:type="dxa"/>
          </w:tcPr>
          <w:p w:rsidR="006712CA" w:rsidRPr="00EB4DC1" w:rsidRDefault="00EC33C3">
            <w:pPr>
              <w:rPr>
                <w:sz w:val="30"/>
                <w:szCs w:val="30"/>
              </w:rPr>
            </w:pPr>
            <w:r w:rsidRPr="00EB4DC1">
              <w:rPr>
                <w:sz w:val="30"/>
                <w:szCs w:val="30"/>
              </w:rPr>
              <w:t>2</w:t>
            </w:r>
          </w:p>
        </w:tc>
        <w:tc>
          <w:tcPr>
            <w:tcW w:w="1728" w:type="dxa"/>
          </w:tcPr>
          <w:p w:rsidR="006712CA" w:rsidRPr="00EB4DC1" w:rsidRDefault="006712CA">
            <w:pPr>
              <w:rPr>
                <w:sz w:val="30"/>
                <w:szCs w:val="30"/>
              </w:rPr>
            </w:pPr>
          </w:p>
        </w:tc>
        <w:tc>
          <w:tcPr>
            <w:tcW w:w="1728" w:type="dxa"/>
          </w:tcPr>
          <w:p w:rsidR="006712CA" w:rsidRPr="00EB4DC1" w:rsidRDefault="006712CA">
            <w:pPr>
              <w:rPr>
                <w:sz w:val="30"/>
                <w:szCs w:val="30"/>
              </w:rPr>
            </w:pPr>
          </w:p>
        </w:tc>
        <w:tc>
          <w:tcPr>
            <w:tcW w:w="1728" w:type="dxa"/>
          </w:tcPr>
          <w:p w:rsidR="006712CA" w:rsidRPr="00EB4DC1" w:rsidRDefault="006712CA">
            <w:pPr>
              <w:rPr>
                <w:sz w:val="30"/>
                <w:szCs w:val="30"/>
              </w:rPr>
            </w:pPr>
          </w:p>
        </w:tc>
        <w:tc>
          <w:tcPr>
            <w:tcW w:w="1728" w:type="dxa"/>
          </w:tcPr>
          <w:p w:rsidR="006712CA" w:rsidRPr="00EB4DC1" w:rsidRDefault="00EC33C3">
            <w:pPr>
              <w:rPr>
                <w:sz w:val="30"/>
                <w:szCs w:val="30"/>
              </w:rPr>
            </w:pPr>
            <w:r w:rsidRPr="00EB4DC1">
              <w:rPr>
                <w:sz w:val="30"/>
                <w:szCs w:val="30"/>
              </w:rPr>
              <w:t>Not Started</w:t>
            </w:r>
          </w:p>
        </w:tc>
      </w:tr>
      <w:tr w:rsidR="006712CA" w:rsidRPr="00EB4DC1">
        <w:tc>
          <w:tcPr>
            <w:tcW w:w="1728" w:type="dxa"/>
          </w:tcPr>
          <w:p w:rsidR="006712CA" w:rsidRPr="00EB4DC1" w:rsidRDefault="00EC33C3">
            <w:pPr>
              <w:rPr>
                <w:sz w:val="30"/>
                <w:szCs w:val="30"/>
              </w:rPr>
            </w:pPr>
            <w:r w:rsidRPr="00EB4DC1">
              <w:rPr>
                <w:sz w:val="30"/>
                <w:szCs w:val="30"/>
              </w:rPr>
              <w:t>3</w:t>
            </w:r>
          </w:p>
        </w:tc>
        <w:tc>
          <w:tcPr>
            <w:tcW w:w="1728" w:type="dxa"/>
          </w:tcPr>
          <w:p w:rsidR="006712CA" w:rsidRPr="00EB4DC1" w:rsidRDefault="006712CA">
            <w:pPr>
              <w:rPr>
                <w:sz w:val="30"/>
                <w:szCs w:val="30"/>
              </w:rPr>
            </w:pPr>
          </w:p>
        </w:tc>
        <w:tc>
          <w:tcPr>
            <w:tcW w:w="1728" w:type="dxa"/>
          </w:tcPr>
          <w:p w:rsidR="006712CA" w:rsidRPr="00EB4DC1" w:rsidRDefault="006712CA">
            <w:pPr>
              <w:rPr>
                <w:sz w:val="30"/>
                <w:szCs w:val="30"/>
              </w:rPr>
            </w:pPr>
          </w:p>
        </w:tc>
        <w:tc>
          <w:tcPr>
            <w:tcW w:w="1728" w:type="dxa"/>
          </w:tcPr>
          <w:p w:rsidR="006712CA" w:rsidRPr="00EB4DC1" w:rsidRDefault="006712CA">
            <w:pPr>
              <w:rPr>
                <w:sz w:val="30"/>
                <w:szCs w:val="30"/>
              </w:rPr>
            </w:pPr>
          </w:p>
        </w:tc>
        <w:tc>
          <w:tcPr>
            <w:tcW w:w="1728" w:type="dxa"/>
          </w:tcPr>
          <w:p w:rsidR="006712CA" w:rsidRPr="00EB4DC1" w:rsidRDefault="00EC33C3">
            <w:pPr>
              <w:rPr>
                <w:sz w:val="30"/>
                <w:szCs w:val="30"/>
              </w:rPr>
            </w:pPr>
            <w:r w:rsidRPr="00EB4DC1">
              <w:rPr>
                <w:sz w:val="30"/>
                <w:szCs w:val="30"/>
              </w:rPr>
              <w:t>Not Started</w:t>
            </w:r>
          </w:p>
        </w:tc>
      </w:tr>
    </w:tbl>
    <w:p w:rsidR="006712CA" w:rsidRPr="00EB4DC1" w:rsidRDefault="006712CA">
      <w:pPr>
        <w:rPr>
          <w:sz w:val="30"/>
          <w:szCs w:val="30"/>
        </w:rPr>
      </w:pPr>
    </w:p>
    <w:p w:rsidR="006712CA" w:rsidRPr="00EB4DC1" w:rsidRDefault="00EC33C3">
      <w:pPr>
        <w:pStyle w:val="Heading1"/>
        <w:rPr>
          <w:sz w:val="30"/>
          <w:szCs w:val="30"/>
        </w:rPr>
      </w:pPr>
      <w:r w:rsidRPr="00EB4DC1">
        <w:rPr>
          <w:sz w:val="30"/>
          <w:szCs w:val="30"/>
        </w:rPr>
        <w:t>📋</w:t>
      </w:r>
      <w:r w:rsidRPr="00EB4DC1">
        <w:rPr>
          <w:sz w:val="30"/>
          <w:szCs w:val="30"/>
        </w:rPr>
        <w:t xml:space="preserve"> Template 2: Detailed Action Plan </w:t>
      </w:r>
      <w:r w:rsidRPr="00EB4DC1">
        <w:rPr>
          <w:sz w:val="30"/>
          <w:szCs w:val="30"/>
        </w:rPr>
        <w:t>Template</w:t>
      </w:r>
    </w:p>
    <w:p w:rsidR="006712CA" w:rsidRPr="00EB4DC1" w:rsidRDefault="00EC33C3">
      <w:pPr>
        <w:rPr>
          <w:sz w:val="30"/>
          <w:szCs w:val="30"/>
        </w:rPr>
      </w:pPr>
      <w:r w:rsidRPr="00EB4DC1">
        <w:rPr>
          <w:sz w:val="30"/>
          <w:szCs w:val="30"/>
        </w:rPr>
        <w:t>Best for: Team projects or business initiatives</w:t>
      </w:r>
    </w:p>
    <w:p w:rsidR="006712CA" w:rsidRPr="00EB4DC1" w:rsidRDefault="00EC33C3">
      <w:pPr>
        <w:rPr>
          <w:b/>
          <w:bCs/>
          <w:sz w:val="30"/>
          <w:szCs w:val="30"/>
        </w:rPr>
      </w:pPr>
      <w:r w:rsidRPr="00EB4DC1">
        <w:rPr>
          <w:b/>
          <w:bCs/>
          <w:sz w:val="30"/>
          <w:szCs w:val="30"/>
        </w:rPr>
        <w:t>Project Name:</w:t>
      </w:r>
    </w:p>
    <w:p w:rsidR="006712CA" w:rsidRPr="00EB4DC1" w:rsidRDefault="00EC33C3">
      <w:pPr>
        <w:rPr>
          <w:b/>
          <w:bCs/>
          <w:sz w:val="30"/>
          <w:szCs w:val="30"/>
        </w:rPr>
      </w:pPr>
      <w:r w:rsidRPr="00EB4DC1">
        <w:rPr>
          <w:b/>
          <w:bCs/>
          <w:sz w:val="30"/>
          <w:szCs w:val="30"/>
        </w:rPr>
        <w:t>Prepared By:</w:t>
      </w:r>
    </w:p>
    <w:p w:rsidR="006712CA" w:rsidRPr="00EB4DC1" w:rsidRDefault="00EC33C3">
      <w:pPr>
        <w:rPr>
          <w:b/>
          <w:bCs/>
          <w:sz w:val="30"/>
          <w:szCs w:val="30"/>
        </w:rPr>
      </w:pPr>
      <w:r w:rsidRPr="00EB4DC1">
        <w:rPr>
          <w:b/>
          <w:bCs/>
          <w:sz w:val="30"/>
          <w:szCs w:val="30"/>
        </w:rPr>
        <w:t>Date:</w:t>
      </w:r>
    </w:p>
    <w:p w:rsidR="006712CA" w:rsidRPr="00EB4DC1" w:rsidRDefault="00EC33C3">
      <w:pPr>
        <w:pStyle w:val="Heading2"/>
        <w:rPr>
          <w:sz w:val="30"/>
          <w:szCs w:val="30"/>
        </w:rPr>
      </w:pPr>
      <w:r w:rsidRPr="00EB4DC1">
        <w:rPr>
          <w:sz w:val="30"/>
          <w:szCs w:val="30"/>
        </w:rPr>
        <w:t>🔹</w:t>
      </w:r>
      <w:r w:rsidRPr="00EB4DC1">
        <w:rPr>
          <w:sz w:val="30"/>
          <w:szCs w:val="30"/>
        </w:rPr>
        <w:t xml:space="preserve"> Objective</w:t>
      </w:r>
    </w:p>
    <w:p w:rsidR="006712CA" w:rsidRPr="00EB4DC1" w:rsidRDefault="00EC33C3">
      <w:pPr>
        <w:rPr>
          <w:sz w:val="30"/>
          <w:szCs w:val="30"/>
        </w:rPr>
      </w:pPr>
      <w:r w:rsidRPr="00EB4DC1">
        <w:rPr>
          <w:sz w:val="30"/>
          <w:szCs w:val="30"/>
        </w:rPr>
        <w:t>[Clearly define what you want to achieve.]</w:t>
      </w:r>
    </w:p>
    <w:p w:rsidR="006712CA" w:rsidRPr="00EB4DC1" w:rsidRDefault="00EC33C3">
      <w:pPr>
        <w:pStyle w:val="Heading2"/>
        <w:rPr>
          <w:sz w:val="30"/>
          <w:szCs w:val="30"/>
        </w:rPr>
      </w:pPr>
      <w:r w:rsidRPr="00EB4DC1">
        <w:rPr>
          <w:sz w:val="30"/>
          <w:szCs w:val="30"/>
        </w:rPr>
        <w:t>🔹</w:t>
      </w:r>
      <w:r w:rsidRPr="00EB4DC1">
        <w:rPr>
          <w:sz w:val="30"/>
          <w:szCs w:val="30"/>
        </w:rPr>
        <w:t xml:space="preserve"> Resources Needed</w:t>
      </w:r>
    </w:p>
    <w:p w:rsidR="006712CA" w:rsidRPr="00EB4DC1" w:rsidRDefault="00EC33C3">
      <w:pPr>
        <w:rPr>
          <w:sz w:val="30"/>
          <w:szCs w:val="30"/>
        </w:rPr>
      </w:pPr>
      <w:r w:rsidRPr="00EB4DC1">
        <w:rPr>
          <w:sz w:val="30"/>
          <w:szCs w:val="30"/>
        </w:rPr>
        <w:t>- [Tool/Software/Equipment</w:t>
      </w:r>
      <w:proofErr w:type="gramStart"/>
      <w:r w:rsidRPr="00EB4DC1">
        <w:rPr>
          <w:sz w:val="30"/>
          <w:szCs w:val="30"/>
        </w:rPr>
        <w:t>]</w:t>
      </w:r>
      <w:proofErr w:type="gramEnd"/>
      <w:r w:rsidRPr="00EB4DC1">
        <w:rPr>
          <w:sz w:val="30"/>
          <w:szCs w:val="30"/>
        </w:rPr>
        <w:br/>
        <w:t>- [Budget or Funds]</w:t>
      </w:r>
      <w:r w:rsidRPr="00EB4DC1">
        <w:rPr>
          <w:sz w:val="30"/>
          <w:szCs w:val="30"/>
        </w:rPr>
        <w:br/>
        <w:t>- [People or Teams]</w:t>
      </w:r>
    </w:p>
    <w:p w:rsidR="006712CA" w:rsidRPr="00EB4DC1" w:rsidRDefault="00EC33C3">
      <w:pPr>
        <w:pStyle w:val="Heading2"/>
        <w:rPr>
          <w:sz w:val="30"/>
          <w:szCs w:val="30"/>
        </w:rPr>
      </w:pPr>
      <w:r w:rsidRPr="00EB4DC1">
        <w:rPr>
          <w:sz w:val="30"/>
          <w:szCs w:val="30"/>
        </w:rPr>
        <w:t>🔹</w:t>
      </w:r>
      <w:r w:rsidRPr="00EB4DC1">
        <w:rPr>
          <w:sz w:val="30"/>
          <w:szCs w:val="30"/>
        </w:rPr>
        <w:t xml:space="preserve"> Milestones &amp; Action</w:t>
      </w:r>
      <w:r w:rsidRPr="00EB4DC1">
        <w:rPr>
          <w:sz w:val="30"/>
          <w:szCs w:val="30"/>
        </w:rPr>
        <w:t xml:space="preserve"> Steps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0"/>
        <w:gridCol w:w="1728"/>
        <w:gridCol w:w="1728"/>
        <w:gridCol w:w="1728"/>
        <w:gridCol w:w="1728"/>
      </w:tblGrid>
      <w:tr w:rsidR="006712CA" w:rsidRPr="00EB4DC1">
        <w:tc>
          <w:tcPr>
            <w:tcW w:w="1728" w:type="dxa"/>
          </w:tcPr>
          <w:p w:rsidR="006712CA" w:rsidRPr="00EB4DC1" w:rsidRDefault="00EC33C3">
            <w:pPr>
              <w:rPr>
                <w:sz w:val="30"/>
                <w:szCs w:val="30"/>
              </w:rPr>
            </w:pPr>
            <w:r w:rsidRPr="00EB4DC1">
              <w:rPr>
                <w:sz w:val="30"/>
                <w:szCs w:val="30"/>
              </w:rPr>
              <w:t>Milestone</w:t>
            </w:r>
          </w:p>
        </w:tc>
        <w:tc>
          <w:tcPr>
            <w:tcW w:w="1728" w:type="dxa"/>
          </w:tcPr>
          <w:p w:rsidR="006712CA" w:rsidRPr="00EB4DC1" w:rsidRDefault="00EC33C3">
            <w:pPr>
              <w:rPr>
                <w:sz w:val="30"/>
                <w:szCs w:val="30"/>
              </w:rPr>
            </w:pPr>
            <w:r w:rsidRPr="00EB4DC1">
              <w:rPr>
                <w:sz w:val="30"/>
                <w:szCs w:val="30"/>
              </w:rPr>
              <w:t>Tasks</w:t>
            </w:r>
          </w:p>
        </w:tc>
        <w:tc>
          <w:tcPr>
            <w:tcW w:w="1728" w:type="dxa"/>
          </w:tcPr>
          <w:p w:rsidR="006712CA" w:rsidRPr="00EB4DC1" w:rsidRDefault="00EC33C3">
            <w:pPr>
              <w:rPr>
                <w:sz w:val="30"/>
                <w:szCs w:val="30"/>
              </w:rPr>
            </w:pPr>
            <w:r w:rsidRPr="00EB4DC1">
              <w:rPr>
                <w:sz w:val="30"/>
                <w:szCs w:val="30"/>
              </w:rPr>
              <w:t>Owner</w:t>
            </w:r>
          </w:p>
        </w:tc>
        <w:tc>
          <w:tcPr>
            <w:tcW w:w="1728" w:type="dxa"/>
          </w:tcPr>
          <w:p w:rsidR="006712CA" w:rsidRPr="00EB4DC1" w:rsidRDefault="00EC33C3">
            <w:pPr>
              <w:rPr>
                <w:sz w:val="30"/>
                <w:szCs w:val="30"/>
              </w:rPr>
            </w:pPr>
            <w:r w:rsidRPr="00EB4DC1">
              <w:rPr>
                <w:sz w:val="30"/>
                <w:szCs w:val="30"/>
              </w:rPr>
              <w:t>Due Date</w:t>
            </w:r>
          </w:p>
        </w:tc>
        <w:tc>
          <w:tcPr>
            <w:tcW w:w="1728" w:type="dxa"/>
          </w:tcPr>
          <w:p w:rsidR="006712CA" w:rsidRPr="00EB4DC1" w:rsidRDefault="00EC33C3">
            <w:pPr>
              <w:rPr>
                <w:sz w:val="30"/>
                <w:szCs w:val="30"/>
              </w:rPr>
            </w:pPr>
            <w:r w:rsidRPr="00EB4DC1">
              <w:rPr>
                <w:sz w:val="30"/>
                <w:szCs w:val="30"/>
              </w:rPr>
              <w:t>Status</w:t>
            </w:r>
          </w:p>
        </w:tc>
      </w:tr>
      <w:tr w:rsidR="006712CA" w:rsidRPr="00EB4DC1">
        <w:tc>
          <w:tcPr>
            <w:tcW w:w="1728" w:type="dxa"/>
          </w:tcPr>
          <w:p w:rsidR="006712CA" w:rsidRPr="00EB4DC1" w:rsidRDefault="00EC33C3">
            <w:pPr>
              <w:rPr>
                <w:sz w:val="30"/>
                <w:szCs w:val="30"/>
              </w:rPr>
            </w:pPr>
            <w:r w:rsidRPr="00EB4DC1">
              <w:rPr>
                <w:sz w:val="30"/>
                <w:szCs w:val="30"/>
              </w:rPr>
              <w:t>Planning</w:t>
            </w:r>
          </w:p>
        </w:tc>
        <w:tc>
          <w:tcPr>
            <w:tcW w:w="1728" w:type="dxa"/>
          </w:tcPr>
          <w:p w:rsidR="006712CA" w:rsidRPr="00EB4DC1" w:rsidRDefault="006712CA">
            <w:pPr>
              <w:rPr>
                <w:sz w:val="30"/>
                <w:szCs w:val="30"/>
              </w:rPr>
            </w:pPr>
          </w:p>
        </w:tc>
        <w:tc>
          <w:tcPr>
            <w:tcW w:w="1728" w:type="dxa"/>
          </w:tcPr>
          <w:p w:rsidR="006712CA" w:rsidRPr="00EB4DC1" w:rsidRDefault="006712CA">
            <w:pPr>
              <w:rPr>
                <w:sz w:val="30"/>
                <w:szCs w:val="30"/>
              </w:rPr>
            </w:pPr>
          </w:p>
        </w:tc>
        <w:tc>
          <w:tcPr>
            <w:tcW w:w="1728" w:type="dxa"/>
          </w:tcPr>
          <w:p w:rsidR="006712CA" w:rsidRPr="00EB4DC1" w:rsidRDefault="006712CA">
            <w:pPr>
              <w:rPr>
                <w:sz w:val="30"/>
                <w:szCs w:val="30"/>
              </w:rPr>
            </w:pPr>
          </w:p>
        </w:tc>
        <w:tc>
          <w:tcPr>
            <w:tcW w:w="1728" w:type="dxa"/>
          </w:tcPr>
          <w:p w:rsidR="006712CA" w:rsidRPr="00EB4DC1" w:rsidRDefault="00EC33C3">
            <w:pPr>
              <w:rPr>
                <w:sz w:val="30"/>
                <w:szCs w:val="30"/>
              </w:rPr>
            </w:pPr>
            <w:r w:rsidRPr="00EB4DC1">
              <w:rPr>
                <w:sz w:val="30"/>
                <w:szCs w:val="30"/>
              </w:rPr>
              <w:t>⬜</w:t>
            </w:r>
          </w:p>
        </w:tc>
      </w:tr>
      <w:tr w:rsidR="006712CA" w:rsidRPr="00EB4DC1">
        <w:tc>
          <w:tcPr>
            <w:tcW w:w="1728" w:type="dxa"/>
          </w:tcPr>
          <w:p w:rsidR="006712CA" w:rsidRPr="00EB4DC1" w:rsidRDefault="00EC33C3">
            <w:pPr>
              <w:rPr>
                <w:sz w:val="30"/>
                <w:szCs w:val="30"/>
              </w:rPr>
            </w:pPr>
            <w:r w:rsidRPr="00EB4DC1">
              <w:rPr>
                <w:sz w:val="30"/>
                <w:szCs w:val="30"/>
              </w:rPr>
              <w:t>Execution</w:t>
            </w:r>
          </w:p>
        </w:tc>
        <w:tc>
          <w:tcPr>
            <w:tcW w:w="1728" w:type="dxa"/>
          </w:tcPr>
          <w:p w:rsidR="006712CA" w:rsidRPr="00EB4DC1" w:rsidRDefault="006712CA">
            <w:pPr>
              <w:rPr>
                <w:sz w:val="30"/>
                <w:szCs w:val="30"/>
              </w:rPr>
            </w:pPr>
          </w:p>
        </w:tc>
        <w:tc>
          <w:tcPr>
            <w:tcW w:w="1728" w:type="dxa"/>
          </w:tcPr>
          <w:p w:rsidR="006712CA" w:rsidRPr="00EB4DC1" w:rsidRDefault="006712CA">
            <w:pPr>
              <w:rPr>
                <w:sz w:val="30"/>
                <w:szCs w:val="30"/>
              </w:rPr>
            </w:pPr>
          </w:p>
        </w:tc>
        <w:tc>
          <w:tcPr>
            <w:tcW w:w="1728" w:type="dxa"/>
          </w:tcPr>
          <w:p w:rsidR="006712CA" w:rsidRPr="00EB4DC1" w:rsidRDefault="006712CA">
            <w:pPr>
              <w:rPr>
                <w:sz w:val="30"/>
                <w:szCs w:val="30"/>
              </w:rPr>
            </w:pPr>
          </w:p>
        </w:tc>
        <w:tc>
          <w:tcPr>
            <w:tcW w:w="1728" w:type="dxa"/>
          </w:tcPr>
          <w:p w:rsidR="006712CA" w:rsidRPr="00EB4DC1" w:rsidRDefault="00EC33C3">
            <w:pPr>
              <w:rPr>
                <w:sz w:val="30"/>
                <w:szCs w:val="30"/>
              </w:rPr>
            </w:pPr>
            <w:r w:rsidRPr="00EB4DC1">
              <w:rPr>
                <w:sz w:val="30"/>
                <w:szCs w:val="30"/>
              </w:rPr>
              <w:t>⬜</w:t>
            </w:r>
          </w:p>
        </w:tc>
      </w:tr>
      <w:tr w:rsidR="006712CA" w:rsidRPr="00EB4DC1">
        <w:tc>
          <w:tcPr>
            <w:tcW w:w="1728" w:type="dxa"/>
          </w:tcPr>
          <w:p w:rsidR="006712CA" w:rsidRPr="00EB4DC1" w:rsidRDefault="00EC33C3">
            <w:pPr>
              <w:rPr>
                <w:sz w:val="30"/>
                <w:szCs w:val="30"/>
              </w:rPr>
            </w:pPr>
            <w:r w:rsidRPr="00EB4DC1">
              <w:rPr>
                <w:sz w:val="30"/>
                <w:szCs w:val="30"/>
              </w:rPr>
              <w:t>Review &amp; Adjustments</w:t>
            </w:r>
          </w:p>
        </w:tc>
        <w:tc>
          <w:tcPr>
            <w:tcW w:w="1728" w:type="dxa"/>
          </w:tcPr>
          <w:p w:rsidR="006712CA" w:rsidRPr="00EB4DC1" w:rsidRDefault="006712CA">
            <w:pPr>
              <w:rPr>
                <w:sz w:val="30"/>
                <w:szCs w:val="30"/>
              </w:rPr>
            </w:pPr>
          </w:p>
        </w:tc>
        <w:tc>
          <w:tcPr>
            <w:tcW w:w="1728" w:type="dxa"/>
          </w:tcPr>
          <w:p w:rsidR="006712CA" w:rsidRPr="00EB4DC1" w:rsidRDefault="006712CA">
            <w:pPr>
              <w:rPr>
                <w:sz w:val="30"/>
                <w:szCs w:val="30"/>
              </w:rPr>
            </w:pPr>
          </w:p>
        </w:tc>
        <w:tc>
          <w:tcPr>
            <w:tcW w:w="1728" w:type="dxa"/>
          </w:tcPr>
          <w:p w:rsidR="006712CA" w:rsidRPr="00EB4DC1" w:rsidRDefault="006712CA">
            <w:pPr>
              <w:rPr>
                <w:sz w:val="30"/>
                <w:szCs w:val="30"/>
              </w:rPr>
            </w:pPr>
          </w:p>
        </w:tc>
        <w:tc>
          <w:tcPr>
            <w:tcW w:w="1728" w:type="dxa"/>
          </w:tcPr>
          <w:p w:rsidR="006712CA" w:rsidRPr="00EB4DC1" w:rsidRDefault="00EC33C3">
            <w:pPr>
              <w:rPr>
                <w:sz w:val="30"/>
                <w:szCs w:val="30"/>
              </w:rPr>
            </w:pPr>
            <w:r w:rsidRPr="00EB4DC1">
              <w:rPr>
                <w:sz w:val="30"/>
                <w:szCs w:val="30"/>
              </w:rPr>
              <w:t>⬜</w:t>
            </w:r>
          </w:p>
        </w:tc>
      </w:tr>
    </w:tbl>
    <w:p w:rsidR="006712CA" w:rsidRPr="00EB4DC1" w:rsidRDefault="006712CA">
      <w:pPr>
        <w:rPr>
          <w:sz w:val="30"/>
          <w:szCs w:val="30"/>
        </w:rPr>
      </w:pPr>
    </w:p>
    <w:p w:rsidR="006712CA" w:rsidRPr="00EB4DC1" w:rsidRDefault="00EC33C3">
      <w:pPr>
        <w:pStyle w:val="Heading1"/>
        <w:rPr>
          <w:sz w:val="30"/>
          <w:szCs w:val="30"/>
        </w:rPr>
      </w:pPr>
      <w:r w:rsidRPr="00EB4DC1">
        <w:rPr>
          <w:sz w:val="30"/>
          <w:szCs w:val="30"/>
        </w:rPr>
        <w:t>📈</w:t>
      </w:r>
      <w:r w:rsidRPr="00EB4DC1">
        <w:rPr>
          <w:sz w:val="30"/>
          <w:szCs w:val="30"/>
        </w:rPr>
        <w:t xml:space="preserve"> Template 3: Strategic Action Plan Template (with KPIs)</w:t>
      </w:r>
    </w:p>
    <w:p w:rsidR="006712CA" w:rsidRPr="00EB4DC1" w:rsidRDefault="00EC33C3">
      <w:pPr>
        <w:rPr>
          <w:sz w:val="30"/>
          <w:szCs w:val="30"/>
        </w:rPr>
      </w:pPr>
      <w:r w:rsidRPr="00EB4DC1">
        <w:rPr>
          <w:sz w:val="30"/>
          <w:szCs w:val="30"/>
        </w:rPr>
        <w:t>Best for: Long-term planning, strategic business growth</w:t>
      </w:r>
    </w:p>
    <w:p w:rsidR="006712CA" w:rsidRPr="00EB4DC1" w:rsidRDefault="00EC33C3">
      <w:pPr>
        <w:rPr>
          <w:sz w:val="30"/>
          <w:szCs w:val="30"/>
        </w:rPr>
      </w:pPr>
      <w:r w:rsidRPr="00EB4DC1">
        <w:rPr>
          <w:sz w:val="30"/>
          <w:szCs w:val="30"/>
        </w:rPr>
        <w:t>Strategic Goal</w:t>
      </w:r>
      <w:proofErr w:type="gramStart"/>
      <w:r w:rsidRPr="00EB4DC1">
        <w:rPr>
          <w:sz w:val="30"/>
          <w:szCs w:val="30"/>
        </w:rPr>
        <w:t>:</w:t>
      </w:r>
      <w:proofErr w:type="gramEnd"/>
      <w:r w:rsidRPr="00EB4DC1">
        <w:rPr>
          <w:sz w:val="30"/>
          <w:szCs w:val="30"/>
        </w:rPr>
        <w:br/>
        <w:t>Owner/Department:</w:t>
      </w:r>
      <w:r w:rsidRPr="00EB4DC1">
        <w:rPr>
          <w:sz w:val="30"/>
          <w:szCs w:val="30"/>
        </w:rPr>
        <w:br/>
      </w:r>
      <w:r w:rsidRPr="00EB4DC1">
        <w:rPr>
          <w:sz w:val="30"/>
          <w:szCs w:val="30"/>
        </w:rPr>
        <w:t>Timeline:</w:t>
      </w:r>
      <w:r w:rsidRPr="00EB4DC1">
        <w:rPr>
          <w:sz w:val="30"/>
          <w:szCs w:val="30"/>
        </w:rPr>
        <w:br/>
        <w:t>Budget: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0"/>
        <w:gridCol w:w="1497"/>
        <w:gridCol w:w="1440"/>
        <w:gridCol w:w="1440"/>
        <w:gridCol w:w="1440"/>
        <w:gridCol w:w="1440"/>
      </w:tblGrid>
      <w:tr w:rsidR="006712CA" w:rsidRPr="00EB4DC1">
        <w:tc>
          <w:tcPr>
            <w:tcW w:w="1440" w:type="dxa"/>
          </w:tcPr>
          <w:p w:rsidR="006712CA" w:rsidRPr="00EB4DC1" w:rsidRDefault="00EC33C3">
            <w:pPr>
              <w:rPr>
                <w:sz w:val="30"/>
                <w:szCs w:val="30"/>
              </w:rPr>
            </w:pPr>
            <w:r w:rsidRPr="00EB4DC1">
              <w:rPr>
                <w:sz w:val="30"/>
                <w:szCs w:val="30"/>
              </w:rPr>
              <w:t>Action Item</w:t>
            </w:r>
          </w:p>
        </w:tc>
        <w:tc>
          <w:tcPr>
            <w:tcW w:w="1440" w:type="dxa"/>
          </w:tcPr>
          <w:p w:rsidR="006712CA" w:rsidRPr="00EB4DC1" w:rsidRDefault="00EC33C3">
            <w:pPr>
              <w:rPr>
                <w:sz w:val="30"/>
                <w:szCs w:val="30"/>
              </w:rPr>
            </w:pPr>
            <w:r w:rsidRPr="00EB4DC1">
              <w:rPr>
                <w:sz w:val="30"/>
                <w:szCs w:val="30"/>
              </w:rPr>
              <w:t>Subtasks</w:t>
            </w:r>
          </w:p>
        </w:tc>
        <w:tc>
          <w:tcPr>
            <w:tcW w:w="1440" w:type="dxa"/>
          </w:tcPr>
          <w:p w:rsidR="006712CA" w:rsidRPr="00EB4DC1" w:rsidRDefault="00EC33C3">
            <w:pPr>
              <w:rPr>
                <w:sz w:val="30"/>
                <w:szCs w:val="30"/>
              </w:rPr>
            </w:pPr>
            <w:r w:rsidRPr="00EB4DC1">
              <w:rPr>
                <w:sz w:val="30"/>
                <w:szCs w:val="30"/>
              </w:rPr>
              <w:t>Owner</w:t>
            </w:r>
          </w:p>
        </w:tc>
        <w:tc>
          <w:tcPr>
            <w:tcW w:w="1440" w:type="dxa"/>
          </w:tcPr>
          <w:p w:rsidR="006712CA" w:rsidRPr="00EB4DC1" w:rsidRDefault="00EC33C3">
            <w:pPr>
              <w:rPr>
                <w:sz w:val="30"/>
                <w:szCs w:val="30"/>
              </w:rPr>
            </w:pPr>
            <w:r w:rsidRPr="00EB4DC1">
              <w:rPr>
                <w:sz w:val="30"/>
                <w:szCs w:val="30"/>
              </w:rPr>
              <w:t>Due Date</w:t>
            </w:r>
          </w:p>
        </w:tc>
        <w:tc>
          <w:tcPr>
            <w:tcW w:w="1440" w:type="dxa"/>
          </w:tcPr>
          <w:p w:rsidR="006712CA" w:rsidRPr="00EB4DC1" w:rsidRDefault="00EC33C3">
            <w:pPr>
              <w:rPr>
                <w:sz w:val="30"/>
                <w:szCs w:val="30"/>
              </w:rPr>
            </w:pPr>
            <w:r w:rsidRPr="00EB4DC1">
              <w:rPr>
                <w:sz w:val="30"/>
                <w:szCs w:val="30"/>
              </w:rPr>
              <w:t>KPI</w:t>
            </w:r>
          </w:p>
        </w:tc>
        <w:tc>
          <w:tcPr>
            <w:tcW w:w="1440" w:type="dxa"/>
          </w:tcPr>
          <w:p w:rsidR="006712CA" w:rsidRPr="00EB4DC1" w:rsidRDefault="00EC33C3">
            <w:pPr>
              <w:rPr>
                <w:sz w:val="30"/>
                <w:szCs w:val="30"/>
              </w:rPr>
            </w:pPr>
            <w:r w:rsidRPr="00EB4DC1">
              <w:rPr>
                <w:sz w:val="30"/>
                <w:szCs w:val="30"/>
              </w:rPr>
              <w:t>Progress</w:t>
            </w:r>
          </w:p>
        </w:tc>
      </w:tr>
      <w:tr w:rsidR="006712CA" w:rsidRPr="00EB4DC1">
        <w:tc>
          <w:tcPr>
            <w:tcW w:w="1440" w:type="dxa"/>
          </w:tcPr>
          <w:p w:rsidR="006712CA" w:rsidRPr="00EB4DC1" w:rsidRDefault="00EC33C3">
            <w:pPr>
              <w:rPr>
                <w:sz w:val="30"/>
                <w:szCs w:val="30"/>
              </w:rPr>
            </w:pPr>
            <w:r w:rsidRPr="00EB4DC1">
              <w:rPr>
                <w:sz w:val="30"/>
                <w:szCs w:val="30"/>
              </w:rPr>
              <w:t>Launch new product line</w:t>
            </w:r>
          </w:p>
        </w:tc>
        <w:tc>
          <w:tcPr>
            <w:tcW w:w="1440" w:type="dxa"/>
          </w:tcPr>
          <w:p w:rsidR="006712CA" w:rsidRPr="00EB4DC1" w:rsidRDefault="00EC33C3">
            <w:pPr>
              <w:rPr>
                <w:sz w:val="30"/>
                <w:szCs w:val="30"/>
              </w:rPr>
            </w:pPr>
            <w:r w:rsidRPr="00EB4DC1">
              <w:rPr>
                <w:sz w:val="30"/>
                <w:szCs w:val="30"/>
              </w:rPr>
              <w:t>Research → Design → Prototype</w:t>
            </w:r>
          </w:p>
        </w:tc>
        <w:tc>
          <w:tcPr>
            <w:tcW w:w="1440" w:type="dxa"/>
          </w:tcPr>
          <w:p w:rsidR="006712CA" w:rsidRPr="00EB4DC1" w:rsidRDefault="00EC33C3">
            <w:pPr>
              <w:rPr>
                <w:sz w:val="30"/>
                <w:szCs w:val="30"/>
              </w:rPr>
            </w:pPr>
            <w:r w:rsidRPr="00EB4DC1">
              <w:rPr>
                <w:sz w:val="30"/>
                <w:szCs w:val="30"/>
              </w:rPr>
              <w:t>Product Team</w:t>
            </w:r>
          </w:p>
        </w:tc>
        <w:tc>
          <w:tcPr>
            <w:tcW w:w="1440" w:type="dxa"/>
          </w:tcPr>
          <w:p w:rsidR="006712CA" w:rsidRPr="00EB4DC1" w:rsidRDefault="006712CA">
            <w:pPr>
              <w:rPr>
                <w:sz w:val="30"/>
                <w:szCs w:val="30"/>
              </w:rPr>
            </w:pPr>
          </w:p>
        </w:tc>
        <w:tc>
          <w:tcPr>
            <w:tcW w:w="1440" w:type="dxa"/>
          </w:tcPr>
          <w:p w:rsidR="006712CA" w:rsidRPr="00EB4DC1" w:rsidRDefault="00EC33C3">
            <w:pPr>
              <w:rPr>
                <w:sz w:val="30"/>
                <w:szCs w:val="30"/>
              </w:rPr>
            </w:pPr>
            <w:r w:rsidRPr="00EB4DC1">
              <w:rPr>
                <w:sz w:val="30"/>
                <w:szCs w:val="30"/>
              </w:rPr>
              <w:t># of products launched</w:t>
            </w:r>
          </w:p>
        </w:tc>
        <w:tc>
          <w:tcPr>
            <w:tcW w:w="1440" w:type="dxa"/>
          </w:tcPr>
          <w:p w:rsidR="006712CA" w:rsidRPr="00EB4DC1" w:rsidRDefault="00EC33C3">
            <w:pPr>
              <w:rPr>
                <w:sz w:val="30"/>
                <w:szCs w:val="30"/>
              </w:rPr>
            </w:pPr>
            <w:r w:rsidRPr="00EB4DC1">
              <w:rPr>
                <w:sz w:val="30"/>
                <w:szCs w:val="30"/>
              </w:rPr>
              <w:t>0%</w:t>
            </w:r>
          </w:p>
        </w:tc>
      </w:tr>
      <w:tr w:rsidR="006712CA" w:rsidRPr="00EB4DC1">
        <w:tc>
          <w:tcPr>
            <w:tcW w:w="1440" w:type="dxa"/>
          </w:tcPr>
          <w:p w:rsidR="006712CA" w:rsidRPr="00EB4DC1" w:rsidRDefault="00EC33C3">
            <w:pPr>
              <w:rPr>
                <w:sz w:val="30"/>
                <w:szCs w:val="30"/>
              </w:rPr>
            </w:pPr>
            <w:r w:rsidRPr="00EB4DC1">
              <w:rPr>
                <w:sz w:val="30"/>
                <w:szCs w:val="30"/>
              </w:rPr>
              <w:t>Improve customer service</w:t>
            </w:r>
          </w:p>
        </w:tc>
        <w:tc>
          <w:tcPr>
            <w:tcW w:w="1440" w:type="dxa"/>
          </w:tcPr>
          <w:p w:rsidR="006712CA" w:rsidRPr="00EB4DC1" w:rsidRDefault="00EC33C3">
            <w:pPr>
              <w:rPr>
                <w:sz w:val="30"/>
                <w:szCs w:val="30"/>
              </w:rPr>
            </w:pPr>
            <w:r w:rsidRPr="00EB4DC1">
              <w:rPr>
                <w:sz w:val="30"/>
                <w:szCs w:val="30"/>
              </w:rPr>
              <w:t>Survey → Training → CRM upgrade</w:t>
            </w:r>
          </w:p>
        </w:tc>
        <w:tc>
          <w:tcPr>
            <w:tcW w:w="1440" w:type="dxa"/>
          </w:tcPr>
          <w:p w:rsidR="006712CA" w:rsidRPr="00EB4DC1" w:rsidRDefault="00EC33C3">
            <w:pPr>
              <w:rPr>
                <w:sz w:val="30"/>
                <w:szCs w:val="30"/>
              </w:rPr>
            </w:pPr>
            <w:r w:rsidRPr="00EB4DC1">
              <w:rPr>
                <w:sz w:val="30"/>
                <w:szCs w:val="30"/>
              </w:rPr>
              <w:t>CX Manager</w:t>
            </w:r>
          </w:p>
        </w:tc>
        <w:tc>
          <w:tcPr>
            <w:tcW w:w="1440" w:type="dxa"/>
          </w:tcPr>
          <w:p w:rsidR="006712CA" w:rsidRPr="00EB4DC1" w:rsidRDefault="006712CA">
            <w:pPr>
              <w:rPr>
                <w:sz w:val="30"/>
                <w:szCs w:val="30"/>
              </w:rPr>
            </w:pPr>
          </w:p>
        </w:tc>
        <w:tc>
          <w:tcPr>
            <w:tcW w:w="1440" w:type="dxa"/>
          </w:tcPr>
          <w:p w:rsidR="006712CA" w:rsidRPr="00EB4DC1" w:rsidRDefault="00EC33C3">
            <w:pPr>
              <w:rPr>
                <w:sz w:val="30"/>
                <w:szCs w:val="30"/>
              </w:rPr>
            </w:pPr>
            <w:r w:rsidRPr="00EB4DC1">
              <w:rPr>
                <w:sz w:val="30"/>
                <w:szCs w:val="30"/>
              </w:rPr>
              <w:t xml:space="preserve">NPS increase, support </w:t>
            </w:r>
            <w:r w:rsidRPr="00EB4DC1">
              <w:rPr>
                <w:sz w:val="30"/>
                <w:szCs w:val="30"/>
              </w:rPr>
              <w:t>time</w:t>
            </w:r>
          </w:p>
        </w:tc>
        <w:tc>
          <w:tcPr>
            <w:tcW w:w="1440" w:type="dxa"/>
          </w:tcPr>
          <w:p w:rsidR="006712CA" w:rsidRPr="00EB4DC1" w:rsidRDefault="00EC33C3">
            <w:pPr>
              <w:rPr>
                <w:sz w:val="30"/>
                <w:szCs w:val="30"/>
              </w:rPr>
            </w:pPr>
            <w:r w:rsidRPr="00EB4DC1">
              <w:rPr>
                <w:sz w:val="30"/>
                <w:szCs w:val="30"/>
              </w:rPr>
              <w:t>30%</w:t>
            </w:r>
          </w:p>
        </w:tc>
      </w:tr>
    </w:tbl>
    <w:p w:rsidR="006712CA" w:rsidRPr="00EB4DC1" w:rsidRDefault="006712CA">
      <w:pPr>
        <w:rPr>
          <w:sz w:val="30"/>
          <w:szCs w:val="30"/>
        </w:rPr>
      </w:pPr>
    </w:p>
    <w:sectPr w:rsidR="006712CA" w:rsidRPr="00EB4DC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D6261"/>
    <w:rsid w:val="0015074B"/>
    <w:rsid w:val="0025430D"/>
    <w:rsid w:val="0029639D"/>
    <w:rsid w:val="00326F90"/>
    <w:rsid w:val="006712CA"/>
    <w:rsid w:val="00AA1D8D"/>
    <w:rsid w:val="00B47730"/>
    <w:rsid w:val="00CB0664"/>
    <w:rsid w:val="00EB4DC1"/>
    <w:rsid w:val="00EC33C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300"/>
  <w15:docId w15:val="{CF4F84E6-C1B3-449D-BB35-590EA18AA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EFF1BA9-302A-4FD0-9480-129D65935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1042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Microsoft account</cp:lastModifiedBy>
  <cp:revision>2</cp:revision>
  <dcterms:created xsi:type="dcterms:W3CDTF">2025-06-04T11:47:00Z</dcterms:created>
  <dcterms:modified xsi:type="dcterms:W3CDTF">2025-06-04T11:47:00Z</dcterms:modified>
  <cp:category/>
</cp:coreProperties>
</file>